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ED76" w14:textId="77777777" w:rsidR="0080076D" w:rsidRDefault="00BC2B37">
      <w:pPr>
        <w:pStyle w:val="Ttulo1"/>
      </w:pPr>
      <w:r>
        <w:t>PABLO SANTIAGO MOLINARI ALBORNOZ</w:t>
      </w:r>
    </w:p>
    <w:p w14:paraId="1963CAC5" w14:textId="77777777" w:rsidR="0080076D" w:rsidRDefault="00BC2B37">
      <w:r>
        <w:br/>
        <w:t>Dirección: Colonia Nicolich, Canelones</w:t>
      </w:r>
      <w:r>
        <w:br/>
        <w:t>Teléfono: 092 832 791 / 099 586 360</w:t>
      </w:r>
      <w:r>
        <w:br/>
        <w:t>Correo: santisgoalbor@icloud.com</w:t>
      </w:r>
      <w:r>
        <w:br/>
        <w:t>Fecha de nacimiento: 03/04/1997</w:t>
      </w:r>
      <w:r>
        <w:br/>
        <w:t>Edad: 29 años</w:t>
      </w:r>
      <w:r>
        <w:br/>
        <w:t>Carné de salud: Vigente</w:t>
      </w:r>
      <w:r>
        <w:br/>
      </w:r>
      <w:r>
        <w:t>Libreta de conducir: Categorías A – H – G2</w:t>
      </w:r>
      <w:r>
        <w:br/>
      </w:r>
    </w:p>
    <w:p w14:paraId="2466A7A2" w14:textId="77777777" w:rsidR="0080076D" w:rsidRDefault="00BC2B37">
      <w:pPr>
        <w:pStyle w:val="Ttulo2"/>
      </w:pPr>
      <w:r>
        <w:t>PERFIL</w:t>
      </w:r>
    </w:p>
    <w:p w14:paraId="1139B0F2" w14:textId="77777777" w:rsidR="0080076D" w:rsidRDefault="00BC2B37">
      <w:r>
        <w:t>Trabajador responsable, comprometido y con experiencia en manejo de maquinaria, mantenimiento y tareas operativas. Capacidad para trabajar en equipo, adaptarme a distintos entornos laborales y desempeñarme con iniciativa y responsabilidad. Disponibilidad horaria.</w:t>
      </w:r>
    </w:p>
    <w:p w14:paraId="6D45E524" w14:textId="77777777" w:rsidR="0080076D" w:rsidRDefault="00BC2B37">
      <w:pPr>
        <w:pStyle w:val="Ttulo2"/>
      </w:pPr>
      <w:r>
        <w:t>APTITUDES</w:t>
      </w:r>
    </w:p>
    <w:p w14:paraId="2D747CE2" w14:textId="77777777" w:rsidR="0080076D" w:rsidRDefault="00BC2B37">
      <w:pPr>
        <w:pStyle w:val="Listaconvietas"/>
      </w:pPr>
      <w:r>
        <w:t>Iniciativa</w:t>
      </w:r>
    </w:p>
    <w:p w14:paraId="68E7A5AB" w14:textId="77777777" w:rsidR="0080076D" w:rsidRDefault="00BC2B37">
      <w:pPr>
        <w:pStyle w:val="Listaconvietas"/>
      </w:pPr>
      <w:r>
        <w:t>Trabajo en equipo</w:t>
      </w:r>
    </w:p>
    <w:p w14:paraId="19CB7A79" w14:textId="77777777" w:rsidR="0080076D" w:rsidRDefault="00BC2B37">
      <w:pPr>
        <w:pStyle w:val="Listaconvietas"/>
      </w:pPr>
      <w:r>
        <w:t>Adaptabilidad</w:t>
      </w:r>
    </w:p>
    <w:p w14:paraId="2E263645" w14:textId="77777777" w:rsidR="0080076D" w:rsidRDefault="00BC2B37">
      <w:pPr>
        <w:pStyle w:val="Listaconvietas"/>
      </w:pPr>
      <w:r>
        <w:t>Empatía</w:t>
      </w:r>
    </w:p>
    <w:p w14:paraId="0AFCC565" w14:textId="77777777" w:rsidR="0080076D" w:rsidRDefault="00BC2B37">
      <w:pPr>
        <w:pStyle w:val="Listaconvietas"/>
      </w:pPr>
      <w:r>
        <w:t>Responsabilidad</w:t>
      </w:r>
    </w:p>
    <w:p w14:paraId="1E2D5C61" w14:textId="77777777" w:rsidR="0080076D" w:rsidRDefault="00BC2B37">
      <w:pPr>
        <w:pStyle w:val="Listaconvietas"/>
      </w:pPr>
      <w:r>
        <w:t>Disponibilidad horaria</w:t>
      </w:r>
    </w:p>
    <w:p w14:paraId="4D3DC0EA" w14:textId="77777777" w:rsidR="0080076D" w:rsidRDefault="00BC2B37">
      <w:pPr>
        <w:pStyle w:val="Ttulo2"/>
      </w:pPr>
      <w:r>
        <w:t>FORMACIÓN</w:t>
      </w:r>
    </w:p>
    <w:p w14:paraId="551EBC61" w14:textId="77777777" w:rsidR="0080076D" w:rsidRDefault="00BC2B37">
      <w:r>
        <w:t>Educación Primaria Completa – Escuela N.º 105</w:t>
      </w:r>
    </w:p>
    <w:p w14:paraId="172DBA3F" w14:textId="77777777" w:rsidR="0080076D" w:rsidRDefault="00BC2B37">
      <w:r>
        <w:t>Educación Secundaria Completa – Liceo N.º 3 de Paysandú</w:t>
      </w:r>
    </w:p>
    <w:p w14:paraId="504EB0AB" w14:textId="77777777" w:rsidR="0080076D" w:rsidRDefault="00BC2B37">
      <w:pPr>
        <w:pStyle w:val="Ttulo2"/>
      </w:pPr>
      <w:r>
        <w:t>EXPERIENCIA LABORAL</w:t>
      </w:r>
    </w:p>
    <w:p w14:paraId="75DC6948" w14:textId="77777777" w:rsidR="0080076D" w:rsidRDefault="00BC2B37">
      <w:r>
        <w:t>Ludinel S.A. – Paysandú</w:t>
      </w:r>
    </w:p>
    <w:p w14:paraId="23BFF534" w14:textId="77777777" w:rsidR="0080076D" w:rsidRDefault="00BC2B37">
      <w:r>
        <w:t>Peón Práctico y Maquinista</w:t>
      </w:r>
    </w:p>
    <w:p w14:paraId="162EA416" w14:textId="77777777" w:rsidR="0080076D" w:rsidRDefault="00BC2B37">
      <w:r>
        <w:t>Duración: 2 años</w:t>
      </w:r>
    </w:p>
    <w:p w14:paraId="16598B74" w14:textId="77777777" w:rsidR="0080076D" w:rsidRDefault="00BC2B37">
      <w:r>
        <w:t>Referencia: +598 92 191 710</w:t>
      </w:r>
    </w:p>
    <w:p w14:paraId="0447A21C" w14:textId="77777777" w:rsidR="0080076D" w:rsidRDefault="00BC2B37">
      <w:r>
        <w:t>Pertilco S.A. (Case IH y New Holland)</w:t>
      </w:r>
    </w:p>
    <w:p w14:paraId="4B22ABCB" w14:textId="77777777" w:rsidR="0080076D" w:rsidRDefault="00BC2B37">
      <w:r>
        <w:t>Mantenimiento y Servicio Técnico</w:t>
      </w:r>
    </w:p>
    <w:p w14:paraId="0C255740" w14:textId="77777777" w:rsidR="0080076D" w:rsidRDefault="00BC2B37">
      <w:r>
        <w:t>Duración: 2 años</w:t>
      </w:r>
    </w:p>
    <w:p w14:paraId="0F90F730" w14:textId="77777777" w:rsidR="0080076D" w:rsidRDefault="00BC2B37">
      <w:r>
        <w:t>Referencias: +598 92 817 495 / +598 97 415 860</w:t>
      </w:r>
    </w:p>
    <w:p w14:paraId="4767A41C" w14:textId="77777777" w:rsidR="0080076D" w:rsidRDefault="00BC2B37">
      <w:r>
        <w:t>Sisler S.A.</w:t>
      </w:r>
    </w:p>
    <w:p w14:paraId="6E0F9E6F" w14:textId="77777777" w:rsidR="0080076D" w:rsidRDefault="00BC2B37">
      <w:r>
        <w:t>Operario</w:t>
      </w:r>
    </w:p>
    <w:p w14:paraId="683E077A" w14:textId="77777777" w:rsidR="0080076D" w:rsidRDefault="00BC2B37">
      <w:r>
        <w:t>Duración: 1 año</w:t>
      </w:r>
    </w:p>
    <w:p w14:paraId="2EB1B69A" w14:textId="77777777" w:rsidR="0080076D" w:rsidRDefault="00BC2B37">
      <w:r>
        <w:t>Referencia: +598 98 415 163</w:t>
      </w:r>
    </w:p>
    <w:p w14:paraId="72B6FF45" w14:textId="77777777" w:rsidR="0080076D" w:rsidRDefault="00BC2B37">
      <w:pPr>
        <w:pStyle w:val="Ttulo2"/>
      </w:pPr>
      <w:r>
        <w:t>REFERENCIAS</w:t>
      </w:r>
    </w:p>
    <w:p w14:paraId="716BE549" w14:textId="77777777" w:rsidR="0080076D" w:rsidRDefault="00BC2B37">
      <w:r>
        <w:t>Laborales disponibles a solicitud.</w:t>
      </w:r>
    </w:p>
    <w:sectPr w:rsidR="008007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5816216">
    <w:abstractNumId w:val="8"/>
  </w:num>
  <w:num w:numId="2" w16cid:durableId="702365021">
    <w:abstractNumId w:val="6"/>
  </w:num>
  <w:num w:numId="3" w16cid:durableId="1114205946">
    <w:abstractNumId w:val="5"/>
  </w:num>
  <w:num w:numId="4" w16cid:durableId="1981299404">
    <w:abstractNumId w:val="4"/>
  </w:num>
  <w:num w:numId="5" w16cid:durableId="1412505601">
    <w:abstractNumId w:val="7"/>
  </w:num>
  <w:num w:numId="6" w16cid:durableId="103967877">
    <w:abstractNumId w:val="3"/>
  </w:num>
  <w:num w:numId="7" w16cid:durableId="1616792205">
    <w:abstractNumId w:val="2"/>
  </w:num>
  <w:num w:numId="8" w16cid:durableId="494076363">
    <w:abstractNumId w:val="1"/>
  </w:num>
  <w:num w:numId="9" w16cid:durableId="189130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3CF9"/>
    <w:rsid w:val="0080076D"/>
    <w:rsid w:val="00AA1D8D"/>
    <w:rsid w:val="00B47730"/>
    <w:rsid w:val="00BC2B3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CE0A8"/>
  <w14:defaultImageDpi w14:val="300"/>
  <w15:docId w15:val="{BA445A44-DB7F-304F-8B1E-6B4C23E4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molinari</cp:lastModifiedBy>
  <cp:revision>2</cp:revision>
  <dcterms:created xsi:type="dcterms:W3CDTF">2026-06-11T03:22:00Z</dcterms:created>
  <dcterms:modified xsi:type="dcterms:W3CDTF">2026-06-11T03:22:00Z</dcterms:modified>
  <cp:category/>
</cp:coreProperties>
</file>